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Curriculum vitae</w:t>
      </w:r>
    </w:p>
    <w:p>
      <w:r>
        <w:t>PERSONAL INFORMATION</w:t>
      </w:r>
    </w:p>
    <w:p>
      <w:r>
        <w:t>Иван Петров</w:t>
      </w:r>
    </w:p>
    <w:p>
      <w:r>
        <w:t>ул. Витоша 123А, 2600 Дупница, Bulgaria</w:t>
      </w:r>
    </w:p>
    <w:p>
      <w:r>
        <w:t>+359 888 123 456</w:t>
      </w:r>
    </w:p>
    <w:p>
      <w:r>
        <w:t>ivan.petrov@email.bg</w:t>
      </w:r>
    </w:p>
    <w:p>
      <w:r>
        <w:t>www.facebook.com/ivan.petrov.2001, www.linkedin.com/in/ivan-petrov-1234567b</w:t>
      </w:r>
    </w:p>
    <w:p>
      <w:r>
        <w:t>www.instagram.com/barman.ivan.petrov</w:t>
      </w:r>
    </w:p>
    <w:p>
      <w:r>
        <w:t>Date of birth: 17.7.2001 | Nationality: Bulgarian</w:t>
      </w:r>
    </w:p>
    <w:p/>
    <w:p>
      <w:r>
        <w:t>DESIRED EMPLOYMENT</w:t>
      </w:r>
    </w:p>
    <w:p>
      <w:r>
        <w:t>Waiter / Bartender</w:t>
      </w:r>
    </w:p>
    <w:p/>
    <w:p>
      <w:r>
        <w:t>WORK EXPERIENCE</w:t>
      </w:r>
    </w:p>
    <w:p>
      <w:r>
        <w:t>1.9.2019 - 31.8.2020 Waiter</w:t>
      </w:r>
    </w:p>
    <w:p>
      <w:r>
        <w:t>Restaurant 'Добър ресторант', ул. Лятна 456, Дълбока долина, Bulgaria</w:t>
      </w:r>
    </w:p>
    <w:p>
      <w:r>
        <w:t>guest service, encashment, orders, reservations, place setting of tables, cleaning and maintenance of the workplace</w:t>
      </w:r>
    </w:p>
    <w:p/>
    <w:p>
      <w:r>
        <w:t>1.7.2019 - 31.8.2019 Bartender</w:t>
      </w:r>
    </w:p>
    <w:p>
      <w:r>
        <w:t>Day bar 'Дневен бар край езерото', ул. Есенна 789, Нов град, Bulgaria</w:t>
      </w:r>
    </w:p>
    <w:p>
      <w:r>
        <w:t>mixing and serving drinks, guest service, encashment</w:t>
      </w:r>
    </w:p>
    <w:p/>
    <w:p>
      <w:r>
        <w:t>EDUCATION AND TRAINING</w:t>
      </w:r>
    </w:p>
    <w:p>
      <w:r>
        <w:t>1.9.2016 - 30.6.2019 apprenticeship certificate - waiter</w:t>
      </w:r>
    </w:p>
    <w:p>
      <w:r>
        <w:t>Secondary vocational school, ул. Зимна 321, Нов град, Bulgaria</w:t>
      </w:r>
    </w:p>
    <w:p/>
    <w:p>
      <w:r>
        <w:t>1.7.2018 - 31.7.2018 bartending course</w:t>
      </w:r>
    </w:p>
    <w:p>
      <w:r>
        <w:t>Academy of education, ул. Примерна 1, Стар град, Bulgaria</w:t>
      </w:r>
    </w:p>
    <w:p/>
    <w:p>
      <w:r>
        <w:t>PERSONAL SKILLS</w:t>
      </w:r>
    </w:p>
    <w:p>
      <w:r>
        <w:t>Mother tongue: Bulgarian</w:t>
      </w:r>
    </w:p>
    <w:p>
      <w:r>
        <w:t>Other languages</w:t>
      </w:r>
    </w:p>
    <w:p>
      <w:r>
        <w:t>English B2 B2 B1</w:t>
      </w:r>
    </w:p>
    <w:p>
      <w:r>
        <w:t>German B1 B1 A2</w:t>
      </w:r>
    </w:p>
    <w:p/>
    <w:p>
      <w:r>
        <w:t>Work and social skills</w:t>
      </w:r>
    </w:p>
    <w:p>
      <w:r>
        <w:t>professional and non-conflicting approach to guests</w:t>
      </w:r>
    </w:p>
    <w:p>
      <w:r>
        <w:t>ability to advise the customer when choosing from a wine list</w:t>
      </w:r>
    </w:p>
    <w:p>
      <w:r>
        <w:t>sense of order and precision</w:t>
      </w:r>
    </w:p>
    <w:p/>
    <w:p>
      <w:r>
        <w:t>Technical and digital skills</w:t>
      </w:r>
    </w:p>
    <w:p>
      <w:r>
        <w:t>MS Office (Word, Excel), work with cash register</w:t>
      </w:r>
    </w:p>
    <w:p/>
    <w:p>
      <w:r>
        <w:t>INTERESTS</w:t>
      </w:r>
    </w:p>
    <w:p>
      <w:r>
        <w:t>cooking, mushroom picking and production of homemade organic jams</w:t>
      </w:r>
    </w:p>
    <w:p>
      <w:r>
        <w:t>publishing advice and recipes on Instagram</w:t>
      </w:r>
    </w:p>
    <w:p>
      <w:r>
        <w:t>participating in sabrage competitions</w:t>
      </w:r>
    </w:p>
    <w:p/>
    <w:p>
      <w:r>
        <w:t>DRIVING LICENSE</w:t>
      </w:r>
    </w:p>
    <w:p>
      <w:r>
        <w:t>category B – active driver</w:t>
      </w:r>
    </w:p>
    <w:p/>
    <w:p>
      <w:r>
        <w:t>ANNEXES</w:t>
      </w:r>
    </w:p>
    <w:p>
      <w:r>
        <w:t>copy of the apprenticeship certificate</w:t>
      </w:r>
    </w:p>
    <w:p>
      <w:r>
        <w:t>copy of the certificate of completion of the bartending course</w:t>
      </w:r>
    </w:p>
    <w:p>
      <w:r>
        <w:t>copy of the award - 2nd place in Kukkonia Junior Gastro Cup 2019 competition in category waiter</w:t>
      </w:r>
    </w:p>
    <w:p>
      <w:r>
        <w:t>Photo</w:t>
      </w:r>
    </w:p>
    <w:p>
      <w:r>
        <w:t>references from previous employers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