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Lebenslauf</w:t>
      </w:r>
    </w:p>
    <w:p>
      <w:r>
        <w:rPr>
          <w:b/>
        </w:rPr>
        <w:t xml:space="preserve">PERSÖNLICHE DATEN </w:t>
      </w:r>
      <w:r>
        <w:t>Иван Петров</w:t>
      </w:r>
    </w:p>
    <w:p>
      <w:r>
        <w:t>ул. Витоша 123/A, 2600 Дупница, Bulgarien</w:t>
      </w:r>
    </w:p>
    <w:p>
      <w:r>
        <w:t>+359 888 123 456</w:t>
      </w:r>
    </w:p>
    <w:p>
      <w:r>
        <w:t>ivan.petrov@email.bg</w:t>
      </w:r>
    </w:p>
    <w:p>
      <w:r>
        <w:t>www.facebook.com/ivan.petrov.2001</w:t>
      </w:r>
    </w:p>
    <w:p>
      <w:r>
        <w:t>www.linkedin.com/in/ivan-petrov-1234567b</w:t>
      </w:r>
    </w:p>
    <w:p>
      <w:r>
        <w:t>www.instagram.com/barman.ivan.petrov</w:t>
      </w:r>
    </w:p>
    <w:p>
      <w:r>
        <w:t>Geburtsdatum: 17.7.2001 | Staatsangehörigkeit: Bulgarien</w:t>
      </w:r>
    </w:p>
    <w:p>
      <w:r>
        <w:rPr>
          <w:b/>
        </w:rPr>
        <w:t xml:space="preserve">ANGESTREBTE TÄTIGKEIT </w:t>
      </w:r>
      <w:r>
        <w:t>Kellner / Barkeeper</w:t>
      </w:r>
    </w:p>
    <w:p>
      <w:r>
        <w:rPr>
          <w:b/>
        </w:rPr>
        <w:t xml:space="preserve">BERUFSERFAHRUNG </w:t>
      </w:r>
      <w:r/>
    </w:p>
    <w:p>
      <w:r>
        <w:t>1.9.2019 - 31.8.2020 Kellner</w:t>
      </w:r>
    </w:p>
    <w:p>
      <w:r>
        <w:t>Restaurant „Добър ресторант“, ул. Лятна 456, Дълбока долина, Bulgarien</w:t>
      </w:r>
    </w:p>
    <w:p>
      <w:r>
        <w:t>Bedienung der Gäste, Abrechnungen erstellen und Rechnungsbeträge kassieren, Bestellungen und Reservierungen aufnehmen, Eindecken von Tischen, Reinigungsarbeiten</w:t>
      </w:r>
    </w:p>
    <w:p>
      <w:r>
        <w:t>1.7.2019 - 31.8.2019 Barkeeper</w:t>
      </w:r>
    </w:p>
    <w:p>
      <w:r>
        <w:t>Tages Bar „Дневен бар край езерото“, ул. Есенна 789, Нов град, Bulgarien</w:t>
      </w:r>
    </w:p>
    <w:p>
      <w:r>
        <w:t>Getränke mixen und servieren, Bedienung der Gäste, Abrechnungen erstellen und Rechnungsbeträge kassieren</w:t>
      </w:r>
    </w:p>
    <w:p>
      <w:r>
        <w:rPr>
          <w:b/>
        </w:rPr>
        <w:t xml:space="preserve">AUSBILDUNG </w:t>
      </w:r>
      <w:r/>
    </w:p>
    <w:p>
      <w:r>
        <w:t>1.9.2016 - 30.6.2019 Lehrbrief - Kellner</w:t>
      </w:r>
    </w:p>
    <w:p>
      <w:r>
        <w:t>Berufsschule, ул. Зимна 321, Нов град, Bulgarien</w:t>
      </w:r>
    </w:p>
    <w:p>
      <w:r>
        <w:t>1.7.2018 - 31.7.2018 Barkeeper-Kurs</w:t>
      </w:r>
    </w:p>
    <w:p>
      <w:r>
        <w:t>Bildungsakademie, ул. Примерна 1, Стар град, Bulgarien</w:t>
      </w:r>
    </w:p>
    <w:p>
      <w:r>
        <w:rPr>
          <w:b/>
        </w:rPr>
        <w:t xml:space="preserve">PERSÖNLICHE FÄHIGKEITEN </w:t>
      </w:r>
      <w:r/>
    </w:p>
    <w:p>
      <w:r>
        <w:rPr>
          <w:b/>
        </w:rPr>
        <w:t xml:space="preserve">Muttersprache </w:t>
      </w:r>
      <w:r>
        <w:t>Bulgarisch</w:t>
      </w:r>
    </w:p>
    <w:p>
      <w:r>
        <w:rPr>
          <w:b/>
        </w:rPr>
        <w:t xml:space="preserve">Weitere Sprachen </w:t>
      </w:r>
      <w:r>
        <w:t>VERSTEHEN SPRECHEN SCHREIBEN</w:t>
      </w:r>
    </w:p>
    <w:p>
      <w:r>
        <w:t>Englisch B2 B2 B1</w:t>
      </w:r>
    </w:p>
    <w:p>
      <w:r>
        <w:t>Deutsch B1 B1 A2</w:t>
      </w:r>
    </w:p>
    <w:p>
      <w:r>
        <w:rPr>
          <w:b/>
        </w:rPr>
        <w:t xml:space="preserve">Berufliche und soziale Fähigkeiten </w:t>
      </w:r>
      <w:r>
        <w:t>professioneller und konfliktfreier Umgang mit Gästen</w:t>
      </w:r>
    </w:p>
    <w:p>
      <w:r>
        <w:t>Fähigkeit den Kunden bei der Auswahl aus einer Weinkarte zu beraten</w:t>
      </w:r>
    </w:p>
    <w:p>
      <w:r>
        <w:t>Sinn für Ordnung und Präzision</w:t>
      </w:r>
    </w:p>
    <w:p>
      <w:r>
        <w:rPr>
          <w:b/>
        </w:rPr>
        <w:t xml:space="preserve">Technische und digitale Fähigkeiten </w:t>
      </w:r>
      <w:r>
        <w:t>MS Office (Word, Excel), Arbeit an der Registrierkasse</w:t>
      </w:r>
    </w:p>
    <w:p>
      <w:r>
        <w:rPr>
          <w:b/>
        </w:rPr>
        <w:t xml:space="preserve">INTERESSEN </w:t>
      </w:r>
      <w:r>
        <w:t>Kochen, Pilze sammeln und Herstellung von hausgemachten Bio-Marmeladen</w:t>
      </w:r>
    </w:p>
    <w:p>
      <w:r>
        <w:t>Veröffentlichung der Ratschlägen und Rezepten auf Instagram</w:t>
      </w:r>
    </w:p>
    <w:p>
      <w:r>
        <w:t>Teilnahme an Sabrage Wettbewerben</w:t>
      </w:r>
    </w:p>
    <w:p>
      <w:r>
        <w:rPr>
          <w:b/>
        </w:rPr>
        <w:t xml:space="preserve">FÜHRERSCHEIN </w:t>
      </w:r>
      <w:r>
        <w:t>Klasse B – aktiver Autofahrer</w:t>
      </w:r>
    </w:p>
    <w:p>
      <w:r>
        <w:rPr>
          <w:b/>
        </w:rPr>
        <w:t xml:space="preserve">ANLAGEN </w:t>
      </w:r>
      <w:r>
        <w:t>Kopie des Lehrbriefes</w:t>
      </w:r>
    </w:p>
    <w:p>
      <w:r>
        <w:t>Kopie der Abschlussbescheinigung des Barkeeper Kurses</w:t>
      </w:r>
    </w:p>
    <w:p>
      <w:r>
        <w:t>Foto</w:t>
      </w:r>
    </w:p>
    <w:p>
      <w:r>
        <w:t>Kopie der Auszeichnung – 2. Platz im Kukkonia Junior Gastro 2019 Wettbewerb in der Kategorie Kellner</w:t>
      </w:r>
    </w:p>
    <w:p>
      <w:r>
        <w:t>Referenzen von ehemaligen Arbeitgebern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